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A2B4D"/>
          <w:sz w:val="34"/>
        </w:rPr>
        <w:t>РЕКВИЗИТЫ</w:t>
      </w:r>
    </w:p>
    <w:p>
      <w:pPr>
        <w:jc w:val="center"/>
      </w:pPr>
      <w:r>
        <w:rPr>
          <w:b/>
          <w:sz w:val="26"/>
        </w:rPr>
        <w:t>ИП Чернецов Михаил Константинович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ИНН</w:t>
            </w:r>
          </w:p>
        </w:tc>
        <w:tc>
          <w:tcPr>
            <w:tcW w:type="dxa" w:w="6803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263402177663</w:t>
            </w:r>
          </w:p>
        </w:tc>
      </w:tr>
      <w:tr>
        <w:tc>
          <w:tcPr>
            <w:tcW w:type="dxa" w:w="2268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Св-во</w:t>
            </w:r>
          </w:p>
        </w:tc>
        <w:tc>
          <w:tcPr>
            <w:tcW w:type="dxa" w:w="6803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26 003934841 от 20.06.2012</w:t>
            </w:r>
          </w:p>
        </w:tc>
      </w:tr>
      <w:tr>
        <w:tc>
          <w:tcPr>
            <w:tcW w:type="dxa" w:w="2268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ОГРН</w:t>
            </w:r>
          </w:p>
        </w:tc>
        <w:tc>
          <w:tcPr>
            <w:tcW w:type="dxa" w:w="6803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312265117100258 от 19.06.2012</w:t>
            </w:r>
          </w:p>
        </w:tc>
      </w:tr>
    </w:tbl>
    <w:p>
      <w:pPr>
        <w:spacing w:before="140" w:after="80"/>
      </w:pPr>
      <w:r>
        <w:rPr>
          <w:b/>
          <w:color w:val="0878EF"/>
          <w:sz w:val="23"/>
        </w:rPr>
        <w:t>Адреса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Юридический адрес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359026, Республика Калмыкия, муниципальный район Яшалтинский, сельское поселение Эсто-Алтайское, село Эсто-Алтай, улица Хомутникова, дом 7</w:t>
            </w:r>
          </w:p>
        </w:tc>
      </w:tr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Фактический адрес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355035, г. Ставрополь, ул. Спартака, д.2, офис 326,</w:t>
              <w:br/>
              <w:t>вход со стороны ул. Спартака. офис ЦТО ККТ "АвТор Штрих"</w:t>
            </w:r>
          </w:p>
        </w:tc>
      </w:tr>
    </w:tbl>
    <w:p>
      <w:pPr>
        <w:spacing w:before="140" w:after="80"/>
      </w:pPr>
      <w:r>
        <w:rPr>
          <w:b/>
          <w:color w:val="0878EF"/>
          <w:sz w:val="23"/>
        </w:rPr>
        <w:t>Контакты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Тел.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+7 8652 22-11-55 (многоканальный) и WhatsApp</w:t>
            </w:r>
          </w:p>
        </w:tc>
      </w:tr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E-mail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barin@kassa26.ru</w:t>
            </w:r>
          </w:p>
        </w:tc>
      </w:tr>
    </w:tbl>
    <w:p>
      <w:pPr>
        <w:spacing w:before="140" w:after="80"/>
      </w:pPr>
      <w:r>
        <w:rPr>
          <w:b/>
          <w:color w:val="0878EF"/>
          <w:sz w:val="23"/>
        </w:rPr>
        <w:t>Банковские реквизиты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р/счет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40802810409500016421</w:t>
            </w:r>
          </w:p>
        </w:tc>
      </w:tr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Банк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044525104 ООО "БАНК ТОЧКА"</w:t>
            </w:r>
          </w:p>
        </w:tc>
      </w:tr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Корр./счет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30101810745374525104</w:t>
            </w:r>
          </w:p>
        </w:tc>
      </w:tr>
    </w:tbl>
    <w:p>
      <w:pPr>
        <w:spacing w:before="140" w:after="80"/>
      </w:pPr>
      <w:r>
        <w:rPr>
          <w:b/>
          <w:color w:val="0878EF"/>
          <w:sz w:val="23"/>
        </w:rPr>
        <w:t>ID ЭДО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СБИС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2BE6887ef9d9a0d430783a809292731c17b</w:t>
            </w:r>
          </w:p>
        </w:tc>
      </w:tr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ДИАДОК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2BM-263402177663--2016112904583973265780000000</w:t>
            </w:r>
          </w:p>
        </w:tc>
      </w:tr>
      <w:tr>
        <w:tc>
          <w:tcPr>
            <w:tcW w:type="dxa" w:w="4986"/>
            <w:vAlign w:val="center"/>
            <w:shd w:fill="EEF6FF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A2B4D"/>
                <w:sz w:val="20"/>
              </w:rPr>
              <w:t>Калуга-Астрал (1C)</w:t>
            </w:r>
          </w:p>
        </w:tc>
        <w:tc>
          <w:tcPr>
            <w:tcW w:type="dxa" w:w="4986"/>
            <w:vAlign w:val="center"/>
            <w:tcBorders>
              <w:top w:val="single" w:sz="4" w:color="D9E3EF"/>
              <w:left w:val="single" w:sz="4" w:color="D9E3EF"/>
              <w:bottom w:val="single" w:sz="4" w:color="D9E3EF"/>
              <w:right w:val="single" w:sz="4" w:color="D9E3EF"/>
              <w:insideH w:val="single" w:sz="4" w:color="D9E3EF"/>
              <w:insideV w:val="single" w:sz="4" w:color="D9E3EF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20"/>
              </w:rPr>
              <w:t>2AE01543842-06C5-4892-942E-1CB672165143</w:t>
            </w:r>
          </w:p>
        </w:tc>
      </w:tr>
    </w:tbl>
    <w:p>
      <w:pPr>
        <w:spacing w:before="200"/>
        <w:jc w:val="right"/>
      </w:pPr>
      <w:r>
        <w:rPr>
          <w:color w:val="728197"/>
          <w:sz w:val="18"/>
        </w:rPr>
        <w:t>ИНН 263402177663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